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0CFEE7" w14:textId="77777777" w:rsidR="00FA0ADE" w:rsidRPr="00FA0ADE" w:rsidRDefault="00FA0ADE" w:rsidP="00FA0ADE">
      <w:pPr>
        <w:pStyle w:val="Heading3"/>
        <w:jc w:val="center"/>
        <w:rPr>
          <w:sz w:val="30"/>
          <w:szCs w:val="30"/>
        </w:rPr>
      </w:pPr>
      <w:r w:rsidRPr="00FA0ADE">
        <w:rPr>
          <w:rStyle w:val="Strong"/>
          <w:b/>
          <w:bCs/>
          <w:sz w:val="30"/>
          <w:szCs w:val="30"/>
        </w:rPr>
        <w:t>Title of the Manuscript</w:t>
      </w:r>
    </w:p>
    <w:p w14:paraId="409BBEBB" w14:textId="77777777" w:rsidR="00FA0ADE" w:rsidRDefault="00FA0ADE" w:rsidP="00FA0ADE">
      <w:pPr>
        <w:pStyle w:val="NormalWeb"/>
        <w:jc w:val="center"/>
      </w:pPr>
      <w:r>
        <w:rPr>
          <w:rStyle w:val="Emphasis"/>
        </w:rPr>
        <w:t>(Font: Times New Roman, Size: 15, Bold, Center-aligned)</w:t>
      </w:r>
    </w:p>
    <w:p w14:paraId="31F0EB78" w14:textId="77777777" w:rsidR="00FA0ADE" w:rsidRDefault="00FA0ADE" w:rsidP="00FA0ADE">
      <w:pPr>
        <w:pStyle w:val="NormalWeb"/>
        <w:jc w:val="center"/>
      </w:pPr>
      <w:r w:rsidRPr="00FA0ADE">
        <w:rPr>
          <w:rStyle w:val="Strong"/>
          <w:sz w:val="20"/>
          <w:szCs w:val="20"/>
        </w:rPr>
        <w:t>Author Name1¹, Author Name2²</w:t>
      </w:r>
      <w:r w:rsidRPr="00FA0ADE">
        <w:rPr>
          <w:sz w:val="20"/>
          <w:szCs w:val="20"/>
        </w:rPr>
        <w:br/>
      </w:r>
      <w:r>
        <w:rPr>
          <w:rStyle w:val="Emphasis"/>
        </w:rPr>
        <w:t>(Font: Times New Roman, Size: 10, Center-aligned)</w:t>
      </w:r>
      <w:r>
        <w:br/>
        <w:t>¹Department, Institution, City, Country</w:t>
      </w:r>
      <w:r>
        <w:br/>
        <w:t>²Department, Institution, City, Country</w:t>
      </w:r>
      <w:r>
        <w:br/>
        <w:t>Corresponding Author Email: author@example.com</w:t>
      </w:r>
    </w:p>
    <w:p w14:paraId="028624C7" w14:textId="77777777" w:rsidR="00FA0ADE" w:rsidRDefault="00690F86" w:rsidP="00FA0ADE">
      <w:r>
        <w:pict w14:anchorId="0A17710B">
          <v:rect id="_x0000_i1025" style="width:0;height:1.5pt" o:hralign="center" o:hrstd="t" o:hr="t" fillcolor="#a0a0a0" stroked="f"/>
        </w:pict>
      </w:r>
    </w:p>
    <w:p w14:paraId="6F3D9306" w14:textId="77777777" w:rsidR="00FA0ADE" w:rsidRDefault="00FA0ADE" w:rsidP="00FA0ADE">
      <w:pPr>
        <w:pStyle w:val="Heading3"/>
      </w:pPr>
      <w:r>
        <w:rPr>
          <w:rStyle w:val="Strong"/>
          <w:b/>
          <w:bCs/>
        </w:rPr>
        <w:t>Abstract</w:t>
      </w:r>
    </w:p>
    <w:p w14:paraId="283E37E2" w14:textId="77777777" w:rsidR="00FA0ADE" w:rsidRDefault="00FA0ADE" w:rsidP="00FA0ADE">
      <w:pPr>
        <w:pStyle w:val="NormalWeb"/>
      </w:pPr>
      <w:r>
        <w:rPr>
          <w:rStyle w:val="Emphasis"/>
        </w:rPr>
        <w:t>(Font: Times New Roman, Size: 14, Bold for heading; 12 for body)</w:t>
      </w:r>
      <w:r>
        <w:br/>
        <w:t>The abstract should summarize the key points of the manuscript in about 150–250 words. It should provide a concise overview of the research objectives, methods, findings, and conclusions.</w:t>
      </w:r>
    </w:p>
    <w:p w14:paraId="75F29677" w14:textId="77777777" w:rsidR="00FA0ADE" w:rsidRDefault="00690F86" w:rsidP="00FA0ADE">
      <w:r>
        <w:pict w14:anchorId="40586619">
          <v:rect id="_x0000_i1026" style="width:0;height:1.5pt" o:hralign="center" o:hrstd="t" o:hr="t" fillcolor="#a0a0a0" stroked="f"/>
        </w:pict>
      </w:r>
    </w:p>
    <w:p w14:paraId="76834A5D" w14:textId="77777777" w:rsidR="00FA0ADE" w:rsidRDefault="00FA0ADE" w:rsidP="00FA0ADE">
      <w:pPr>
        <w:pStyle w:val="Heading3"/>
      </w:pPr>
      <w:r>
        <w:rPr>
          <w:rStyle w:val="Strong"/>
          <w:b/>
          <w:bCs/>
        </w:rPr>
        <w:t>Keywords</w:t>
      </w:r>
    </w:p>
    <w:p w14:paraId="25C8CACC" w14:textId="77777777" w:rsidR="00FA0ADE" w:rsidRDefault="00FA0ADE" w:rsidP="00FA0ADE">
      <w:pPr>
        <w:pStyle w:val="NormalWeb"/>
      </w:pPr>
      <w:r>
        <w:rPr>
          <w:rStyle w:val="Emphasis"/>
        </w:rPr>
        <w:t>(Font: Times New Roman, Size: 14 for heading; 12 for body)</w:t>
      </w:r>
      <w:r>
        <w:br/>
        <w:t>Example: Renewable Energy, AI, Environmental Science</w:t>
      </w:r>
    </w:p>
    <w:p w14:paraId="2318B513" w14:textId="77777777" w:rsidR="00FA0ADE" w:rsidRDefault="00690F86" w:rsidP="00FA0ADE">
      <w:r>
        <w:pict w14:anchorId="1A51A247">
          <v:rect id="_x0000_i1027" style="width:0;height:1.5pt" o:hralign="center" o:hrstd="t" o:hr="t" fillcolor="#a0a0a0" stroked="f"/>
        </w:pict>
      </w:r>
    </w:p>
    <w:p w14:paraId="05E75FE4" w14:textId="77777777" w:rsidR="00FA0ADE" w:rsidRDefault="00FA0ADE" w:rsidP="00FA0ADE">
      <w:pPr>
        <w:pStyle w:val="Heading3"/>
      </w:pPr>
      <w:r>
        <w:rPr>
          <w:rStyle w:val="Strong"/>
          <w:b/>
          <w:bCs/>
        </w:rPr>
        <w:t>1. Introduction</w:t>
      </w:r>
    </w:p>
    <w:p w14:paraId="185653F8" w14:textId="77777777" w:rsidR="00FA0ADE" w:rsidRDefault="00FA0ADE" w:rsidP="00FA0ADE">
      <w:pPr>
        <w:pStyle w:val="NormalWeb"/>
      </w:pPr>
      <w:r>
        <w:rPr>
          <w:rStyle w:val="Emphasis"/>
        </w:rPr>
        <w:t>(Font: Times New Roman, Size: 14, Bold)</w:t>
      </w:r>
      <w:r>
        <w:br/>
        <w:t>Provide background, objectives, significance of the study, and the rationale behind the research.</w:t>
      </w:r>
    </w:p>
    <w:p w14:paraId="42E01607" w14:textId="77777777" w:rsidR="00FA0ADE" w:rsidRDefault="00690F86" w:rsidP="00FA0ADE">
      <w:r>
        <w:pict w14:anchorId="48CB456D">
          <v:rect id="_x0000_i1028" style="width:0;height:1.5pt" o:hralign="center" o:hrstd="t" o:hr="t" fillcolor="#a0a0a0" stroked="f"/>
        </w:pict>
      </w:r>
    </w:p>
    <w:p w14:paraId="29B9E894" w14:textId="77777777" w:rsidR="00FA0ADE" w:rsidRDefault="00FA0ADE" w:rsidP="00FA0ADE">
      <w:pPr>
        <w:pStyle w:val="Heading3"/>
      </w:pPr>
      <w:r>
        <w:rPr>
          <w:rStyle w:val="Strong"/>
          <w:b/>
          <w:bCs/>
        </w:rPr>
        <w:t>2. Materials and Methods</w:t>
      </w:r>
    </w:p>
    <w:p w14:paraId="5C1C4E08" w14:textId="77777777" w:rsidR="00FA0ADE" w:rsidRDefault="00FA0ADE" w:rsidP="00FA0ADE">
      <w:pPr>
        <w:pStyle w:val="NormalWeb"/>
      </w:pPr>
      <w:r>
        <w:rPr>
          <w:rStyle w:val="Emphasis"/>
        </w:rPr>
        <w:t>(Font: Times New Roman, Size: 14, Bold)</w:t>
      </w:r>
      <w:r>
        <w:br/>
        <w:t>Describe the methodology, experimental setup, tools, and techniques used in the research.</w:t>
      </w:r>
    </w:p>
    <w:p w14:paraId="44EA61B2" w14:textId="77777777" w:rsidR="00FA0ADE" w:rsidRDefault="00690F86" w:rsidP="00FA0ADE">
      <w:r>
        <w:pict w14:anchorId="393332F3">
          <v:rect id="_x0000_i1029" style="width:0;height:1.5pt" o:hralign="center" o:hrstd="t" o:hr="t" fillcolor="#a0a0a0" stroked="f"/>
        </w:pict>
      </w:r>
    </w:p>
    <w:p w14:paraId="6EB2CCDE" w14:textId="77777777" w:rsidR="00FA0ADE" w:rsidRDefault="00FA0ADE" w:rsidP="00FA0ADE">
      <w:pPr>
        <w:pStyle w:val="Heading3"/>
      </w:pPr>
      <w:r>
        <w:rPr>
          <w:rStyle w:val="Strong"/>
          <w:b/>
          <w:bCs/>
        </w:rPr>
        <w:lastRenderedPageBreak/>
        <w:t>3. Results</w:t>
      </w:r>
    </w:p>
    <w:p w14:paraId="5C6A4D5E" w14:textId="77777777" w:rsidR="00FA0ADE" w:rsidRDefault="00FA0ADE" w:rsidP="00FA0ADE">
      <w:pPr>
        <w:pStyle w:val="NormalWeb"/>
      </w:pPr>
      <w:r>
        <w:rPr>
          <w:rStyle w:val="Emphasis"/>
        </w:rPr>
        <w:t>(Font: Times New Roman, Size: 14, Bold)</w:t>
      </w:r>
      <w:r>
        <w:br/>
        <w:t>Present your findings clearly. Include tables, figures, and statistical analyses where relevant.</w:t>
      </w:r>
    </w:p>
    <w:p w14:paraId="7526FE90" w14:textId="77777777" w:rsidR="00FA0ADE" w:rsidRDefault="00FA0ADE" w:rsidP="00FA0ADE">
      <w:pPr>
        <w:pStyle w:val="NormalWeb"/>
      </w:pPr>
      <w:r>
        <w:rPr>
          <w:rStyle w:val="Strong"/>
        </w:rPr>
        <w:t>Figure 1</w:t>
      </w:r>
      <w:r>
        <w:t>: [Insert caption here. Recommended width: 4.5 inches]</w:t>
      </w:r>
    </w:p>
    <w:p w14:paraId="7400DE55" w14:textId="77777777" w:rsidR="00FA0ADE" w:rsidRDefault="00690F86" w:rsidP="00FA0ADE">
      <w:r>
        <w:pict w14:anchorId="7C3671A2">
          <v:rect id="_x0000_i1030" style="width:0;height:1.5pt" o:hralign="center" o:hrstd="t" o:hr="t" fillcolor="#a0a0a0" stroked="f"/>
        </w:pict>
      </w:r>
    </w:p>
    <w:p w14:paraId="605E652D" w14:textId="77777777" w:rsidR="00FA0ADE" w:rsidRDefault="00FA0ADE" w:rsidP="00FA0ADE">
      <w:pPr>
        <w:pStyle w:val="Heading3"/>
      </w:pPr>
      <w:r>
        <w:rPr>
          <w:rStyle w:val="Strong"/>
          <w:b/>
          <w:bCs/>
        </w:rPr>
        <w:t>4. Discussion</w:t>
      </w:r>
    </w:p>
    <w:p w14:paraId="205C6AC2" w14:textId="77777777" w:rsidR="00FA0ADE" w:rsidRDefault="00FA0ADE" w:rsidP="00FA0ADE">
      <w:pPr>
        <w:pStyle w:val="NormalWeb"/>
      </w:pPr>
      <w:r>
        <w:rPr>
          <w:rStyle w:val="Emphasis"/>
        </w:rPr>
        <w:t>(Font: Times New Roman, Size: 14, Bold)</w:t>
      </w:r>
      <w:r>
        <w:br/>
        <w:t>Discuss how your results compare with existing literature. Highlight implications, strengths, and limitations of your study.</w:t>
      </w:r>
    </w:p>
    <w:p w14:paraId="14784E2D" w14:textId="77777777" w:rsidR="00FA0ADE" w:rsidRDefault="00690F86" w:rsidP="00FA0ADE">
      <w:r>
        <w:pict w14:anchorId="4FB2607E">
          <v:rect id="_x0000_i1031" style="width:0;height:1.5pt" o:hralign="center" o:hrstd="t" o:hr="t" fillcolor="#a0a0a0" stroked="f"/>
        </w:pict>
      </w:r>
    </w:p>
    <w:p w14:paraId="665BC294" w14:textId="77777777" w:rsidR="00FA0ADE" w:rsidRDefault="00FA0ADE" w:rsidP="00FA0ADE">
      <w:pPr>
        <w:pStyle w:val="Heading3"/>
      </w:pPr>
      <w:r>
        <w:rPr>
          <w:rStyle w:val="Strong"/>
          <w:b/>
          <w:bCs/>
        </w:rPr>
        <w:t>5. Conclusion</w:t>
      </w:r>
    </w:p>
    <w:p w14:paraId="69448460" w14:textId="77777777" w:rsidR="00FA0ADE" w:rsidRDefault="00FA0ADE" w:rsidP="00FA0ADE">
      <w:pPr>
        <w:pStyle w:val="NormalWeb"/>
      </w:pPr>
      <w:r>
        <w:rPr>
          <w:rStyle w:val="Emphasis"/>
        </w:rPr>
        <w:t>(Font: Times New Roman, Size: 14, Bold)</w:t>
      </w:r>
      <w:r>
        <w:br/>
        <w:t>Summarize your main findings and their potential impact. Suggest future research directions if applicable.</w:t>
      </w:r>
    </w:p>
    <w:p w14:paraId="04974433" w14:textId="77777777" w:rsidR="00FA0ADE" w:rsidRDefault="00690F86" w:rsidP="00FA0ADE">
      <w:r>
        <w:pict w14:anchorId="092C995E">
          <v:rect id="_x0000_i1032" style="width:0;height:1.5pt" o:hralign="center" o:hrstd="t" o:hr="t" fillcolor="#a0a0a0" stroked="f"/>
        </w:pict>
      </w:r>
    </w:p>
    <w:p w14:paraId="3A200C87" w14:textId="77777777" w:rsidR="00FA0ADE" w:rsidRDefault="00FA0ADE" w:rsidP="00FA0ADE">
      <w:pPr>
        <w:pStyle w:val="Heading3"/>
      </w:pPr>
      <w:r>
        <w:rPr>
          <w:rStyle w:val="Strong"/>
          <w:b/>
          <w:bCs/>
        </w:rPr>
        <w:t>References</w:t>
      </w:r>
    </w:p>
    <w:p w14:paraId="7A8D7320" w14:textId="77777777" w:rsidR="00FA0ADE" w:rsidRDefault="00FA0ADE" w:rsidP="00FA0ADE">
      <w:pPr>
        <w:pStyle w:val="NormalWeb"/>
      </w:pPr>
      <w:r>
        <w:rPr>
          <w:rStyle w:val="Emphasis"/>
        </w:rPr>
        <w:t>(Font: Times New Roman, Size: 10)</w:t>
      </w:r>
      <w:r>
        <w:br/>
        <w:t xml:space="preserve">[1] Title of the paper, </w:t>
      </w:r>
      <w:r>
        <w:rPr>
          <w:rStyle w:val="Emphasis"/>
        </w:rPr>
        <w:t>Journal Name</w:t>
      </w:r>
      <w:r>
        <w:t xml:space="preserve">, </w:t>
      </w:r>
      <w:proofErr w:type="gramStart"/>
      <w:r>
        <w:t>Volume(</w:t>
      </w:r>
      <w:proofErr w:type="gramEnd"/>
      <w:r>
        <w:t>Issue), Page Numbers, Year.</w:t>
      </w:r>
      <w:r>
        <w:br/>
        <w:t xml:space="preserve">[2] Title of the paper, </w:t>
      </w:r>
      <w:r>
        <w:rPr>
          <w:rStyle w:val="Emphasis"/>
        </w:rPr>
        <w:t>Journal Name</w:t>
      </w:r>
      <w:r>
        <w:t xml:space="preserve">, </w:t>
      </w:r>
      <w:proofErr w:type="gramStart"/>
      <w:r>
        <w:t>Volume(</w:t>
      </w:r>
      <w:proofErr w:type="gramEnd"/>
      <w:r>
        <w:t>Issue), Page Numbers, Year.</w:t>
      </w:r>
    </w:p>
    <w:p w14:paraId="1F869BE5" w14:textId="77777777" w:rsidR="007A3715" w:rsidRPr="00FA0ADE" w:rsidRDefault="007A3715" w:rsidP="00FA0ADE"/>
    <w:sectPr w:rsidR="007A3715" w:rsidRPr="00FA0ADE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2679CD" w14:textId="77777777" w:rsidR="00690F86" w:rsidRDefault="00690F86" w:rsidP="00690F86">
      <w:pPr>
        <w:spacing w:after="0" w:line="240" w:lineRule="auto"/>
      </w:pPr>
      <w:r>
        <w:separator/>
      </w:r>
    </w:p>
  </w:endnote>
  <w:endnote w:type="continuationSeparator" w:id="0">
    <w:p w14:paraId="7B48BE18" w14:textId="77777777" w:rsidR="00690F86" w:rsidRDefault="00690F86" w:rsidP="00690F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172C3B" w14:textId="77777777" w:rsidR="00690F86" w:rsidRDefault="00690F86" w:rsidP="00690F86">
      <w:pPr>
        <w:spacing w:after="0" w:line="240" w:lineRule="auto"/>
      </w:pPr>
      <w:r>
        <w:separator/>
      </w:r>
    </w:p>
  </w:footnote>
  <w:footnote w:type="continuationSeparator" w:id="0">
    <w:p w14:paraId="05339484" w14:textId="77777777" w:rsidR="00690F86" w:rsidRDefault="00690F86" w:rsidP="00690F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F0E5C7" w14:textId="64238773" w:rsidR="00690F86" w:rsidRPr="00690F86" w:rsidRDefault="00690F86" w:rsidP="00690F86">
    <w:pPr>
      <w:pStyle w:val="Header"/>
      <w:jc w:val="right"/>
      <w:rPr>
        <w:sz w:val="32"/>
        <w:szCs w:val="32"/>
      </w:rPr>
    </w:pPr>
    <w:r w:rsidRPr="00690F86">
      <w:rPr>
        <w:sz w:val="28"/>
        <w:szCs w:val="28"/>
      </w:rPr>
      <w:t>Hayat</w:t>
    </w:r>
    <w:r>
      <w:rPr>
        <w:sz w:val="28"/>
        <w:szCs w:val="28"/>
      </w:rPr>
      <w:t xml:space="preserve"> Journal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6262870">
    <w:abstractNumId w:val="8"/>
  </w:num>
  <w:num w:numId="2" w16cid:durableId="1789086007">
    <w:abstractNumId w:val="6"/>
  </w:num>
  <w:num w:numId="3" w16cid:durableId="2059164008">
    <w:abstractNumId w:val="5"/>
  </w:num>
  <w:num w:numId="4" w16cid:durableId="832334630">
    <w:abstractNumId w:val="4"/>
  </w:num>
  <w:num w:numId="5" w16cid:durableId="1515727813">
    <w:abstractNumId w:val="7"/>
  </w:num>
  <w:num w:numId="6" w16cid:durableId="1070620638">
    <w:abstractNumId w:val="3"/>
  </w:num>
  <w:num w:numId="7" w16cid:durableId="1391533426">
    <w:abstractNumId w:val="2"/>
  </w:num>
  <w:num w:numId="8" w16cid:durableId="382943393">
    <w:abstractNumId w:val="1"/>
  </w:num>
  <w:num w:numId="9" w16cid:durableId="3602091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70D17"/>
    <w:rsid w:val="005356CE"/>
    <w:rsid w:val="00690F86"/>
    <w:rsid w:val="007A3715"/>
    <w:rsid w:val="00AA1D8D"/>
    <w:rsid w:val="00B47730"/>
    <w:rsid w:val="00CB0664"/>
    <w:rsid w:val="00FA0ADE"/>
    <w:rsid w:val="00FC693F"/>
    <w:rsid w:val="00FE3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4"/>
    <o:shapelayout v:ext="edit">
      <o:idmap v:ext="edit" data="1"/>
    </o:shapelayout>
  </w:shapeDefaults>
  <w:decimalSymbol w:val="."/>
  <w:listSeparator w:val=","/>
  <w14:docId w14:val="43A247CE"/>
  <w14:defaultImageDpi w14:val="300"/>
  <w15:docId w15:val="{C73C4EA8-4157-4106-9F2B-1F95163E2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FA0A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009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62B09E6-5924-4F65-A227-ACDA3939D0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259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1734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SASI NULU</cp:lastModifiedBy>
  <cp:revision>2</cp:revision>
  <dcterms:created xsi:type="dcterms:W3CDTF">2025-07-13T03:24:00Z</dcterms:created>
  <dcterms:modified xsi:type="dcterms:W3CDTF">2025-07-13T03:24:00Z</dcterms:modified>
  <cp:category/>
</cp:coreProperties>
</file>